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387D" w14:textId="77777777" w:rsidR="007767E9" w:rsidRDefault="007767E9">
      <w:pPr>
        <w:pStyle w:val="Title"/>
      </w:pPr>
      <w:r>
        <w:rPr>
          <w:noProof/>
        </w:rPr>
        <w:drawing>
          <wp:inline distT="0" distB="0" distL="0" distR="0" wp14:anchorId="4D08AC8E" wp14:editId="5392DCC6">
            <wp:extent cx="5441950" cy="1452300"/>
            <wp:effectExtent l="0" t="0" r="6350" b="0"/>
            <wp:docPr id="771109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4608" cy="1469022"/>
                    </a:xfrm>
                    <a:prstGeom prst="rect">
                      <a:avLst/>
                    </a:prstGeom>
                    <a:noFill/>
                  </pic:spPr>
                </pic:pic>
              </a:graphicData>
            </a:graphic>
          </wp:inline>
        </w:drawing>
      </w:r>
      <w:r>
        <w:br/>
      </w:r>
    </w:p>
    <w:p w14:paraId="429031EF" w14:textId="4555393A" w:rsidR="004840D3" w:rsidRDefault="009A6EE3">
      <w:pPr>
        <w:pStyle w:val="Title"/>
      </w:pPr>
      <w:r>
        <w:t>Register of Interests Declaration Form</w:t>
      </w:r>
    </w:p>
    <w:p w14:paraId="30D872B8" w14:textId="77777777" w:rsidR="004840D3" w:rsidRDefault="009A6EE3">
      <w:r>
        <w:t>Confidential</w:t>
      </w:r>
      <w:r>
        <w:br/>
      </w:r>
      <w:r>
        <w:br/>
        <w:t>This form must be completed by all individuals acting in an official Chamber capacity in accordance with the Conflicts of Interest and Commercial Conduct Policy.</w:t>
      </w:r>
      <w:r>
        <w:br/>
      </w:r>
      <w:r>
        <w:br/>
      </w:r>
    </w:p>
    <w:p w14:paraId="7AB5CEF6" w14:textId="6FB6DD39" w:rsidR="004840D3" w:rsidRDefault="009A6EE3" w:rsidP="007767E9">
      <w:pPr>
        <w:pStyle w:val="Heading1"/>
        <w:numPr>
          <w:ilvl w:val="0"/>
          <w:numId w:val="10"/>
        </w:numPr>
      </w:pPr>
      <w:r>
        <w:t>Personal Details</w:t>
      </w:r>
    </w:p>
    <w:p w14:paraId="24F8969D" w14:textId="77777777" w:rsidR="007767E9" w:rsidRPr="007767E9" w:rsidRDefault="007767E9" w:rsidP="007767E9"/>
    <w:p w14:paraId="2BD1B691" w14:textId="00819F88" w:rsidR="004840D3" w:rsidRDefault="009A6EE3">
      <w:r>
        <w:t xml:space="preserve">Full Name: </w:t>
      </w:r>
      <w:r w:rsidR="005E1D01">
        <w:t xml:space="preserve">           Tim Crowley</w:t>
      </w:r>
      <w:r>
        <w:br/>
      </w:r>
    </w:p>
    <w:p w14:paraId="2755B49D" w14:textId="506C16AA" w:rsidR="004840D3" w:rsidRDefault="009A6EE3">
      <w:r>
        <w:t xml:space="preserve">Chamber Role: </w:t>
      </w:r>
      <w:r w:rsidR="005E1D01">
        <w:t xml:space="preserve">    Executive Council Member and Chair of the Visitor Economy Committee </w:t>
      </w:r>
      <w:r>
        <w:br/>
      </w:r>
    </w:p>
    <w:p w14:paraId="1DFEC002" w14:textId="3793441C" w:rsidR="004840D3" w:rsidRDefault="009A6EE3">
      <w:r>
        <w:t xml:space="preserve">Primary Employer / Business: </w:t>
      </w:r>
      <w:r w:rsidR="005E1D01">
        <w:t xml:space="preserve">      La Mare Wine Estate </w:t>
      </w:r>
      <w:r>
        <w:br/>
      </w:r>
    </w:p>
    <w:p w14:paraId="5118BF74" w14:textId="61C3BE34" w:rsidR="004840D3" w:rsidRDefault="009A6EE3">
      <w:r>
        <w:t xml:space="preserve">Job Title: </w:t>
      </w:r>
      <w:r w:rsidR="005E1D01">
        <w:t xml:space="preserve">              Managing Director </w:t>
      </w:r>
      <w:r>
        <w:br/>
      </w:r>
    </w:p>
    <w:p w14:paraId="3D759DDB" w14:textId="445FEC5A" w:rsidR="004840D3" w:rsidRDefault="009A6EE3">
      <w:r>
        <w:t>Date of Declaration</w:t>
      </w:r>
      <w:proofErr w:type="gramStart"/>
      <w:r>
        <w:t>:</w:t>
      </w:r>
      <w:r w:rsidR="005E1D01">
        <w:t xml:space="preserve">  03</w:t>
      </w:r>
      <w:proofErr w:type="gramEnd"/>
      <w:r w:rsidR="005E1D01">
        <w:t xml:space="preserve">/ 08 / 2026 </w:t>
      </w:r>
      <w:r>
        <w:br/>
      </w:r>
    </w:p>
    <w:p w14:paraId="3B2DF7E6" w14:textId="77777777" w:rsidR="007767E9" w:rsidRDefault="007767E9"/>
    <w:p w14:paraId="2F5740CA" w14:textId="77777777" w:rsidR="007767E9" w:rsidRDefault="007767E9"/>
    <w:p w14:paraId="33FE77B1" w14:textId="77777777" w:rsidR="007767E9" w:rsidRDefault="007767E9"/>
    <w:p w14:paraId="4B54B998" w14:textId="77777777" w:rsidR="007767E9" w:rsidRDefault="007767E9"/>
    <w:p w14:paraId="6435B6CB" w14:textId="77777777" w:rsidR="004840D3" w:rsidRDefault="009A6EE3">
      <w:pPr>
        <w:pStyle w:val="Heading1"/>
      </w:pPr>
      <w:r>
        <w:lastRenderedPageBreak/>
        <w:t>2. Business Interests</w:t>
      </w:r>
    </w:p>
    <w:p w14:paraId="7BB27A96" w14:textId="77777777" w:rsidR="004840D3" w:rsidRDefault="009A6EE3">
      <w:r>
        <w:t>Declare any business interests that could be perceived to influence your role.</w:t>
      </w:r>
      <w:r>
        <w:br/>
      </w:r>
    </w:p>
    <w:tbl>
      <w:tblPr>
        <w:tblW w:w="0" w:type="auto"/>
        <w:tblLook w:val="04A0" w:firstRow="1" w:lastRow="0" w:firstColumn="1" w:lastColumn="0" w:noHBand="0" w:noVBand="1"/>
      </w:tblPr>
      <w:tblGrid>
        <w:gridCol w:w="2160"/>
        <w:gridCol w:w="2160"/>
        <w:gridCol w:w="2160"/>
        <w:gridCol w:w="2160"/>
      </w:tblGrid>
      <w:tr w:rsidR="004840D3" w14:paraId="7E86DB59" w14:textId="77777777">
        <w:tc>
          <w:tcPr>
            <w:tcW w:w="2160" w:type="dxa"/>
          </w:tcPr>
          <w:p w14:paraId="0915BB77" w14:textId="77777777" w:rsidR="004840D3" w:rsidRDefault="009A6EE3">
            <w:r>
              <w:t>Business Name</w:t>
            </w:r>
          </w:p>
        </w:tc>
        <w:tc>
          <w:tcPr>
            <w:tcW w:w="2160" w:type="dxa"/>
          </w:tcPr>
          <w:p w14:paraId="21C57828" w14:textId="77777777" w:rsidR="004840D3" w:rsidRDefault="009A6EE3">
            <w:r>
              <w:t>Nature of Interest</w:t>
            </w:r>
          </w:p>
        </w:tc>
        <w:tc>
          <w:tcPr>
            <w:tcW w:w="2160" w:type="dxa"/>
          </w:tcPr>
          <w:p w14:paraId="2F9F6BA7" w14:textId="7E92A276" w:rsidR="004840D3" w:rsidRDefault="005E1D01">
            <w:r>
              <w:t xml:space="preserve">Ownership % </w:t>
            </w:r>
          </w:p>
        </w:tc>
        <w:tc>
          <w:tcPr>
            <w:tcW w:w="2160" w:type="dxa"/>
          </w:tcPr>
          <w:p w14:paraId="11F1A656" w14:textId="77777777" w:rsidR="004840D3" w:rsidRDefault="009A6EE3">
            <w:r>
              <w:t>Sector</w:t>
            </w:r>
          </w:p>
        </w:tc>
      </w:tr>
      <w:tr w:rsidR="00DE6A19" w14:paraId="66A2783E" w14:textId="77777777">
        <w:tc>
          <w:tcPr>
            <w:tcW w:w="2160" w:type="dxa"/>
          </w:tcPr>
          <w:p w14:paraId="1699E8AF" w14:textId="0E6ED6B4" w:rsidR="00DE6A19" w:rsidRDefault="00DE6A19">
            <w:proofErr w:type="spellStart"/>
            <w:r w:rsidRPr="005E1D01">
              <w:rPr>
                <w:sz w:val="20"/>
                <w:szCs w:val="20"/>
              </w:rPr>
              <w:t>Cromac</w:t>
            </w:r>
            <w:proofErr w:type="spellEnd"/>
            <w:r w:rsidRPr="005E1D01">
              <w:rPr>
                <w:sz w:val="20"/>
                <w:szCs w:val="20"/>
              </w:rPr>
              <w:t xml:space="preserve"> Holdings Ltd </w:t>
            </w:r>
          </w:p>
        </w:tc>
        <w:tc>
          <w:tcPr>
            <w:tcW w:w="2160" w:type="dxa"/>
          </w:tcPr>
          <w:p w14:paraId="29804516" w14:textId="30F5435F" w:rsidR="00DE6A19" w:rsidRDefault="00DE6A19">
            <w:r>
              <w:t>Executive Director</w:t>
            </w:r>
          </w:p>
        </w:tc>
        <w:tc>
          <w:tcPr>
            <w:tcW w:w="2160" w:type="dxa"/>
          </w:tcPr>
          <w:p w14:paraId="38E729B8" w14:textId="1872F444" w:rsidR="00DE6A19" w:rsidRDefault="00DE6A19">
            <w:r>
              <w:t>50%</w:t>
            </w:r>
          </w:p>
        </w:tc>
        <w:tc>
          <w:tcPr>
            <w:tcW w:w="2160" w:type="dxa"/>
          </w:tcPr>
          <w:p w14:paraId="173851B0" w14:textId="76DC82C8" w:rsidR="00DE6A19" w:rsidRDefault="00DE6A19">
            <w:r>
              <w:t xml:space="preserve">Consultancy and Retail </w:t>
            </w:r>
          </w:p>
        </w:tc>
      </w:tr>
      <w:tr w:rsidR="00DE6A19" w14:paraId="1A0EAAA3" w14:textId="77777777">
        <w:tc>
          <w:tcPr>
            <w:tcW w:w="2160" w:type="dxa"/>
          </w:tcPr>
          <w:p w14:paraId="01EBE248" w14:textId="3E5F3774" w:rsidR="00DE6A19" w:rsidRPr="005E1D01" w:rsidRDefault="00DE6A19">
            <w:pPr>
              <w:rPr>
                <w:sz w:val="20"/>
                <w:szCs w:val="20"/>
              </w:rPr>
            </w:pPr>
          </w:p>
        </w:tc>
        <w:tc>
          <w:tcPr>
            <w:tcW w:w="2160" w:type="dxa"/>
          </w:tcPr>
          <w:p w14:paraId="51548C04" w14:textId="65DF3DDF" w:rsidR="00DE6A19" w:rsidRDefault="00DE6A19"/>
        </w:tc>
        <w:tc>
          <w:tcPr>
            <w:tcW w:w="2160" w:type="dxa"/>
          </w:tcPr>
          <w:p w14:paraId="338C6793" w14:textId="77777777" w:rsidR="00DE6A19" w:rsidRDefault="00DE6A19"/>
        </w:tc>
        <w:tc>
          <w:tcPr>
            <w:tcW w:w="2160" w:type="dxa"/>
          </w:tcPr>
          <w:p w14:paraId="2C6E2F05" w14:textId="405580F5" w:rsidR="00DE6A19" w:rsidRDefault="00DE6A19"/>
        </w:tc>
      </w:tr>
      <w:tr w:rsidR="00DE6A19" w:rsidRPr="005E1D01" w14:paraId="23241E10" w14:textId="77777777">
        <w:tc>
          <w:tcPr>
            <w:tcW w:w="2160" w:type="dxa"/>
          </w:tcPr>
          <w:p w14:paraId="3FB4DE32" w14:textId="20380229" w:rsidR="00DE6A19" w:rsidRPr="005E1D01" w:rsidRDefault="00DE6A19">
            <w:pPr>
              <w:rPr>
                <w:sz w:val="20"/>
                <w:szCs w:val="20"/>
                <w:lang w:val="it-IT"/>
              </w:rPr>
            </w:pPr>
          </w:p>
        </w:tc>
        <w:tc>
          <w:tcPr>
            <w:tcW w:w="2160" w:type="dxa"/>
          </w:tcPr>
          <w:p w14:paraId="18BCF9BC" w14:textId="08EA5127" w:rsidR="00DE6A19" w:rsidRPr="005E1D01" w:rsidRDefault="00DE6A19">
            <w:pPr>
              <w:rPr>
                <w:lang w:val="it-IT"/>
              </w:rPr>
            </w:pPr>
          </w:p>
        </w:tc>
        <w:tc>
          <w:tcPr>
            <w:tcW w:w="2160" w:type="dxa"/>
          </w:tcPr>
          <w:p w14:paraId="24C56569" w14:textId="77777777" w:rsidR="00DE6A19" w:rsidRPr="005E1D01" w:rsidRDefault="00DE6A19">
            <w:pPr>
              <w:rPr>
                <w:lang w:val="it-IT"/>
              </w:rPr>
            </w:pPr>
          </w:p>
        </w:tc>
        <w:tc>
          <w:tcPr>
            <w:tcW w:w="2160" w:type="dxa"/>
          </w:tcPr>
          <w:p w14:paraId="43D024E4" w14:textId="390B7DEA" w:rsidR="00DE6A19" w:rsidRPr="005E1D01" w:rsidRDefault="00DE6A19">
            <w:pPr>
              <w:rPr>
                <w:lang w:val="it-IT"/>
              </w:rPr>
            </w:pPr>
          </w:p>
        </w:tc>
      </w:tr>
    </w:tbl>
    <w:p w14:paraId="3BA2207B" w14:textId="77777777" w:rsidR="004840D3" w:rsidRDefault="009A6EE3">
      <w:pPr>
        <w:pStyle w:val="Heading1"/>
      </w:pPr>
      <w:r>
        <w:t>3. Directorships</w:t>
      </w:r>
    </w:p>
    <w:tbl>
      <w:tblPr>
        <w:tblW w:w="0" w:type="auto"/>
        <w:tblLook w:val="04A0" w:firstRow="1" w:lastRow="0" w:firstColumn="1" w:lastColumn="0" w:noHBand="0" w:noVBand="1"/>
      </w:tblPr>
      <w:tblGrid>
        <w:gridCol w:w="2160"/>
        <w:gridCol w:w="2160"/>
        <w:gridCol w:w="2160"/>
        <w:gridCol w:w="2160"/>
      </w:tblGrid>
      <w:tr w:rsidR="004840D3" w14:paraId="21144BF0" w14:textId="77777777">
        <w:tc>
          <w:tcPr>
            <w:tcW w:w="2160" w:type="dxa"/>
          </w:tcPr>
          <w:p w14:paraId="55C4F243" w14:textId="77777777" w:rsidR="004840D3" w:rsidRDefault="009A6EE3">
            <w:r>
              <w:t>Company Name</w:t>
            </w:r>
          </w:p>
        </w:tc>
        <w:tc>
          <w:tcPr>
            <w:tcW w:w="2160" w:type="dxa"/>
          </w:tcPr>
          <w:p w14:paraId="7F8EDD89" w14:textId="77777777" w:rsidR="004840D3" w:rsidRDefault="009A6EE3">
            <w:r>
              <w:t>Role</w:t>
            </w:r>
          </w:p>
        </w:tc>
        <w:tc>
          <w:tcPr>
            <w:tcW w:w="2160" w:type="dxa"/>
          </w:tcPr>
          <w:p w14:paraId="26D5D1DF" w14:textId="77777777" w:rsidR="004840D3" w:rsidRDefault="009A6EE3">
            <w:r>
              <w:t>Remunerated</w:t>
            </w:r>
          </w:p>
        </w:tc>
        <w:tc>
          <w:tcPr>
            <w:tcW w:w="2160" w:type="dxa"/>
          </w:tcPr>
          <w:p w14:paraId="73E130A6" w14:textId="77777777" w:rsidR="004840D3" w:rsidRDefault="009A6EE3">
            <w:r>
              <w:t>Sector</w:t>
            </w:r>
          </w:p>
        </w:tc>
      </w:tr>
      <w:tr w:rsidR="005E1D01" w14:paraId="6F89B2CC" w14:textId="77777777">
        <w:tc>
          <w:tcPr>
            <w:tcW w:w="2160" w:type="dxa"/>
          </w:tcPr>
          <w:tbl>
            <w:tblPr>
              <w:tblW w:w="0" w:type="auto"/>
              <w:tblLook w:val="04A0" w:firstRow="1" w:lastRow="0" w:firstColumn="1" w:lastColumn="0" w:noHBand="0" w:noVBand="1"/>
            </w:tblPr>
            <w:tblGrid>
              <w:gridCol w:w="1944"/>
            </w:tblGrid>
            <w:tr w:rsidR="005E1D01" w14:paraId="2D02511A" w14:textId="77777777" w:rsidTr="00E76886">
              <w:tc>
                <w:tcPr>
                  <w:tcW w:w="2160" w:type="dxa"/>
                </w:tcPr>
                <w:p w14:paraId="13368112" w14:textId="77777777" w:rsidR="005E1D01" w:rsidRDefault="005E1D01" w:rsidP="005E1D01">
                  <w:r w:rsidRPr="005E1D01">
                    <w:rPr>
                      <w:sz w:val="20"/>
                      <w:szCs w:val="20"/>
                    </w:rPr>
                    <w:t xml:space="preserve">La Mare Vineyards Ltd </w:t>
                  </w:r>
                </w:p>
              </w:tc>
            </w:tr>
            <w:tr w:rsidR="005E1D01" w:rsidRPr="005E1D01" w14:paraId="67C6E275" w14:textId="77777777" w:rsidTr="00E76886">
              <w:tc>
                <w:tcPr>
                  <w:tcW w:w="2160" w:type="dxa"/>
                </w:tcPr>
                <w:p w14:paraId="4CEE29D0" w14:textId="77777777" w:rsidR="005E1D01" w:rsidRPr="005E1D01" w:rsidRDefault="005E1D01" w:rsidP="005E1D01">
                  <w:pPr>
                    <w:rPr>
                      <w:sz w:val="20"/>
                      <w:szCs w:val="20"/>
                    </w:rPr>
                  </w:pPr>
                  <w:proofErr w:type="spellStart"/>
                  <w:r w:rsidRPr="005E1D01">
                    <w:rPr>
                      <w:sz w:val="20"/>
                      <w:szCs w:val="20"/>
                    </w:rPr>
                    <w:t>Cromac</w:t>
                  </w:r>
                  <w:proofErr w:type="spellEnd"/>
                  <w:r w:rsidRPr="005E1D01">
                    <w:rPr>
                      <w:sz w:val="20"/>
                      <w:szCs w:val="20"/>
                    </w:rPr>
                    <w:t xml:space="preserve"> Holdings Ltd </w:t>
                  </w:r>
                </w:p>
              </w:tc>
            </w:tr>
            <w:tr w:rsidR="005E1D01" w:rsidRPr="005E1D01" w14:paraId="68C1CA55" w14:textId="77777777" w:rsidTr="00E76886">
              <w:tc>
                <w:tcPr>
                  <w:tcW w:w="2160" w:type="dxa"/>
                </w:tcPr>
                <w:p w14:paraId="53EA90CC" w14:textId="77777777" w:rsidR="005E1D01" w:rsidRPr="005E1D01" w:rsidRDefault="005E1D01" w:rsidP="005E1D01">
                  <w:pPr>
                    <w:rPr>
                      <w:sz w:val="20"/>
                      <w:szCs w:val="20"/>
                      <w:lang w:val="it-IT"/>
                    </w:rPr>
                  </w:pPr>
                  <w:r w:rsidRPr="005E1D01">
                    <w:rPr>
                      <w:sz w:val="20"/>
                      <w:szCs w:val="20"/>
                      <w:lang w:val="it-IT"/>
                    </w:rPr>
                    <w:t>Maison La Mare Lt</w:t>
                  </w:r>
                  <w:r>
                    <w:rPr>
                      <w:sz w:val="20"/>
                      <w:szCs w:val="20"/>
                      <w:lang w:val="it-IT"/>
                    </w:rPr>
                    <w:t xml:space="preserve">d </w:t>
                  </w:r>
                </w:p>
              </w:tc>
            </w:tr>
          </w:tbl>
          <w:p w14:paraId="22B204F0" w14:textId="77777777" w:rsidR="005E1D01" w:rsidRDefault="005E1D01" w:rsidP="005E1D01"/>
        </w:tc>
        <w:tc>
          <w:tcPr>
            <w:tcW w:w="2160" w:type="dxa"/>
          </w:tcPr>
          <w:tbl>
            <w:tblPr>
              <w:tblW w:w="0" w:type="auto"/>
              <w:tblLook w:val="04A0" w:firstRow="1" w:lastRow="0" w:firstColumn="1" w:lastColumn="0" w:noHBand="0" w:noVBand="1"/>
            </w:tblPr>
            <w:tblGrid>
              <w:gridCol w:w="1944"/>
            </w:tblGrid>
            <w:tr w:rsidR="00DE6A19" w14:paraId="4AAD812E" w14:textId="77777777" w:rsidTr="00E76886">
              <w:tc>
                <w:tcPr>
                  <w:tcW w:w="2160" w:type="dxa"/>
                </w:tcPr>
                <w:p w14:paraId="7CAE6D8C" w14:textId="77777777" w:rsidR="00DE6A19" w:rsidRPr="00DE6A19" w:rsidRDefault="00DE6A19" w:rsidP="00DE6A19">
                  <w:pPr>
                    <w:rPr>
                      <w:sz w:val="20"/>
                      <w:szCs w:val="20"/>
                    </w:rPr>
                  </w:pPr>
                  <w:r w:rsidRPr="00DE6A19">
                    <w:rPr>
                      <w:sz w:val="20"/>
                      <w:szCs w:val="20"/>
                    </w:rPr>
                    <w:t xml:space="preserve">Executive Director </w:t>
                  </w:r>
                </w:p>
              </w:tc>
            </w:tr>
            <w:tr w:rsidR="00DE6A19" w14:paraId="591040DC" w14:textId="77777777" w:rsidTr="00E76886">
              <w:tc>
                <w:tcPr>
                  <w:tcW w:w="2160" w:type="dxa"/>
                </w:tcPr>
                <w:p w14:paraId="51F53A45" w14:textId="77777777" w:rsidR="00DE6A19" w:rsidRPr="00DE6A19" w:rsidRDefault="00DE6A19" w:rsidP="00DE6A19">
                  <w:pPr>
                    <w:rPr>
                      <w:sz w:val="4"/>
                      <w:szCs w:val="4"/>
                    </w:rPr>
                  </w:pPr>
                </w:p>
                <w:p w14:paraId="1262CA10" w14:textId="77777777" w:rsidR="00DE6A19" w:rsidRDefault="00DE6A19" w:rsidP="00DE6A19">
                  <w:pPr>
                    <w:rPr>
                      <w:sz w:val="20"/>
                      <w:szCs w:val="20"/>
                    </w:rPr>
                  </w:pPr>
                  <w:r w:rsidRPr="00DE6A19">
                    <w:rPr>
                      <w:sz w:val="20"/>
                      <w:szCs w:val="20"/>
                    </w:rPr>
                    <w:t>Executive Director</w:t>
                  </w:r>
                </w:p>
                <w:p w14:paraId="7D419C25" w14:textId="4A2D968B" w:rsidR="00DE6A19" w:rsidRPr="00DE6A19" w:rsidRDefault="00DE6A19" w:rsidP="00DE6A19">
                  <w:pPr>
                    <w:rPr>
                      <w:sz w:val="8"/>
                      <w:szCs w:val="8"/>
                    </w:rPr>
                  </w:pPr>
                </w:p>
              </w:tc>
            </w:tr>
            <w:tr w:rsidR="00DE6A19" w:rsidRPr="005E1D01" w14:paraId="759AAEB7" w14:textId="77777777" w:rsidTr="00E76886">
              <w:tc>
                <w:tcPr>
                  <w:tcW w:w="2160" w:type="dxa"/>
                </w:tcPr>
                <w:p w14:paraId="5F9516DB" w14:textId="77777777" w:rsidR="00DE6A19" w:rsidRPr="00DE6A19" w:rsidRDefault="00DE6A19" w:rsidP="00DE6A19">
                  <w:pPr>
                    <w:rPr>
                      <w:sz w:val="20"/>
                      <w:szCs w:val="20"/>
                      <w:lang w:val="it-IT"/>
                    </w:rPr>
                  </w:pPr>
                  <w:r w:rsidRPr="00DE6A19">
                    <w:rPr>
                      <w:sz w:val="20"/>
                      <w:szCs w:val="20"/>
                    </w:rPr>
                    <w:t>Executive Director</w:t>
                  </w:r>
                </w:p>
              </w:tc>
            </w:tr>
          </w:tbl>
          <w:p w14:paraId="2274415B" w14:textId="219CC020" w:rsidR="005E1D01" w:rsidRPr="005E1D01" w:rsidRDefault="005E1D01" w:rsidP="005E1D01">
            <w:pPr>
              <w:rPr>
                <w:sz w:val="20"/>
                <w:szCs w:val="20"/>
              </w:rPr>
            </w:pPr>
          </w:p>
        </w:tc>
        <w:tc>
          <w:tcPr>
            <w:tcW w:w="2160" w:type="dxa"/>
          </w:tcPr>
          <w:p w14:paraId="66F2B2D0" w14:textId="77777777" w:rsidR="005E1D01" w:rsidRDefault="00DE6A19" w:rsidP="005E1D01">
            <w:r>
              <w:t xml:space="preserve">Yes </w:t>
            </w:r>
          </w:p>
          <w:p w14:paraId="700FFA32" w14:textId="77777777" w:rsidR="00DE6A19" w:rsidRPr="00DE6A19" w:rsidRDefault="00DE6A19" w:rsidP="00DE6A19">
            <w:pPr>
              <w:rPr>
                <w:sz w:val="6"/>
                <w:szCs w:val="6"/>
              </w:rPr>
            </w:pPr>
          </w:p>
          <w:p w14:paraId="57BADB72" w14:textId="363A27A7" w:rsidR="00DE6A19" w:rsidRDefault="00DE6A19" w:rsidP="00DE6A19">
            <w:r>
              <w:t xml:space="preserve">Yes </w:t>
            </w:r>
          </w:p>
          <w:p w14:paraId="60FC158D" w14:textId="2F9FB3D0" w:rsidR="00DE6A19" w:rsidRPr="00DE6A19" w:rsidRDefault="00DE6A19" w:rsidP="00DE6A19"/>
        </w:tc>
        <w:tc>
          <w:tcPr>
            <w:tcW w:w="2160" w:type="dxa"/>
          </w:tcPr>
          <w:tbl>
            <w:tblPr>
              <w:tblW w:w="0" w:type="auto"/>
              <w:tblLook w:val="04A0" w:firstRow="1" w:lastRow="0" w:firstColumn="1" w:lastColumn="0" w:noHBand="0" w:noVBand="1"/>
            </w:tblPr>
            <w:tblGrid>
              <w:gridCol w:w="1944"/>
            </w:tblGrid>
            <w:tr w:rsidR="00DE6A19" w14:paraId="5167474D" w14:textId="77777777" w:rsidTr="00E76886">
              <w:tc>
                <w:tcPr>
                  <w:tcW w:w="2160" w:type="dxa"/>
                </w:tcPr>
                <w:p w14:paraId="44F6F6CF" w14:textId="77777777" w:rsidR="00DE6A19" w:rsidRDefault="00DE6A19" w:rsidP="00DE6A19">
                  <w:r>
                    <w:t xml:space="preserve">Tourism, Retail &amp; Agriculture </w:t>
                  </w:r>
                </w:p>
              </w:tc>
            </w:tr>
            <w:tr w:rsidR="00DE6A19" w14:paraId="381886BF" w14:textId="77777777" w:rsidTr="00E76886">
              <w:tc>
                <w:tcPr>
                  <w:tcW w:w="2160" w:type="dxa"/>
                </w:tcPr>
                <w:p w14:paraId="02274897" w14:textId="77777777" w:rsidR="00DE6A19" w:rsidRDefault="00DE6A19" w:rsidP="00DE6A19">
                  <w:r>
                    <w:t xml:space="preserve">Consultancy and Retail </w:t>
                  </w:r>
                </w:p>
              </w:tc>
            </w:tr>
            <w:tr w:rsidR="00DE6A19" w:rsidRPr="005E1D01" w14:paraId="417F826B" w14:textId="77777777" w:rsidTr="00E76886">
              <w:tc>
                <w:tcPr>
                  <w:tcW w:w="2160" w:type="dxa"/>
                </w:tcPr>
                <w:p w14:paraId="1FF62894" w14:textId="77777777" w:rsidR="00DE6A19" w:rsidRPr="005E1D01" w:rsidRDefault="00DE6A19" w:rsidP="00DE6A19">
                  <w:pPr>
                    <w:rPr>
                      <w:lang w:val="it-IT"/>
                    </w:rPr>
                  </w:pPr>
                  <w:r>
                    <w:rPr>
                      <w:lang w:val="it-IT"/>
                    </w:rPr>
                    <w:t xml:space="preserve">Retail </w:t>
                  </w:r>
                </w:p>
              </w:tc>
            </w:tr>
          </w:tbl>
          <w:p w14:paraId="41D3A5BA" w14:textId="77777777" w:rsidR="005E1D01" w:rsidRDefault="005E1D01" w:rsidP="005E1D01"/>
        </w:tc>
      </w:tr>
      <w:tr w:rsidR="005E1D01" w14:paraId="68AD79E1" w14:textId="77777777">
        <w:tc>
          <w:tcPr>
            <w:tcW w:w="2160" w:type="dxa"/>
          </w:tcPr>
          <w:p w14:paraId="5032535D" w14:textId="77777777" w:rsidR="005E1D01" w:rsidRDefault="00DE6A19" w:rsidP="005E1D01">
            <w:pPr>
              <w:rPr>
                <w:sz w:val="20"/>
                <w:szCs w:val="20"/>
              </w:rPr>
            </w:pPr>
            <w:r w:rsidRPr="00DE6A19">
              <w:rPr>
                <w:sz w:val="20"/>
                <w:szCs w:val="20"/>
              </w:rPr>
              <w:t xml:space="preserve">LMWE &amp; JP Ltd </w:t>
            </w:r>
          </w:p>
          <w:p w14:paraId="109D4156" w14:textId="3C324CAC" w:rsidR="00DE6A19" w:rsidRPr="00DE6A19" w:rsidRDefault="00DE6A19" w:rsidP="00DE6A19">
            <w:r>
              <w:t xml:space="preserve">The Jersey Royal Vodka Company </w:t>
            </w:r>
          </w:p>
        </w:tc>
        <w:tc>
          <w:tcPr>
            <w:tcW w:w="2160" w:type="dxa"/>
          </w:tcPr>
          <w:p w14:paraId="34BB6CE2" w14:textId="77777777" w:rsidR="005E1D01" w:rsidRDefault="00DE6A19" w:rsidP="005E1D01">
            <w:pPr>
              <w:rPr>
                <w:sz w:val="20"/>
                <w:szCs w:val="20"/>
              </w:rPr>
            </w:pPr>
            <w:r>
              <w:rPr>
                <w:sz w:val="20"/>
                <w:szCs w:val="20"/>
              </w:rPr>
              <w:t xml:space="preserve">   </w:t>
            </w:r>
            <w:r w:rsidRPr="00DE6A19">
              <w:rPr>
                <w:sz w:val="20"/>
                <w:szCs w:val="20"/>
              </w:rPr>
              <w:t>Executive Director</w:t>
            </w:r>
          </w:p>
          <w:p w14:paraId="7BE03237" w14:textId="6B235CB4" w:rsidR="00DE6A19" w:rsidRPr="00DE6A19" w:rsidRDefault="00DE6A19" w:rsidP="00DE6A19">
            <w:r>
              <w:rPr>
                <w:sz w:val="20"/>
                <w:szCs w:val="20"/>
              </w:rPr>
              <w:t xml:space="preserve">   </w:t>
            </w:r>
            <w:r w:rsidRPr="00DE6A19">
              <w:rPr>
                <w:sz w:val="20"/>
                <w:szCs w:val="20"/>
              </w:rPr>
              <w:t>Executive Director</w:t>
            </w:r>
          </w:p>
        </w:tc>
        <w:tc>
          <w:tcPr>
            <w:tcW w:w="2160" w:type="dxa"/>
          </w:tcPr>
          <w:p w14:paraId="62F36E1A" w14:textId="77777777" w:rsidR="005E1D01" w:rsidRDefault="005E1D01" w:rsidP="005E1D01"/>
        </w:tc>
        <w:tc>
          <w:tcPr>
            <w:tcW w:w="2160" w:type="dxa"/>
          </w:tcPr>
          <w:p w14:paraId="207EBDC4" w14:textId="77777777" w:rsidR="00DE6A19" w:rsidRDefault="00DE6A19" w:rsidP="005E1D01">
            <w:r>
              <w:t xml:space="preserve">  Retail</w:t>
            </w:r>
          </w:p>
          <w:p w14:paraId="2FD3BAAE" w14:textId="02D2C6DA" w:rsidR="005E1D01" w:rsidRDefault="00DE6A19" w:rsidP="005E1D01">
            <w:r>
              <w:t xml:space="preserve"> Manufacturing </w:t>
            </w:r>
          </w:p>
        </w:tc>
      </w:tr>
      <w:tr w:rsidR="005E1D01" w14:paraId="5390F75D" w14:textId="77777777">
        <w:tc>
          <w:tcPr>
            <w:tcW w:w="2160" w:type="dxa"/>
          </w:tcPr>
          <w:p w14:paraId="62299051" w14:textId="77777777" w:rsidR="005E1D01" w:rsidRDefault="005E1D01" w:rsidP="005E1D01"/>
        </w:tc>
        <w:tc>
          <w:tcPr>
            <w:tcW w:w="2160" w:type="dxa"/>
          </w:tcPr>
          <w:p w14:paraId="6F925C9F" w14:textId="77777777" w:rsidR="005E1D01" w:rsidRDefault="005E1D01" w:rsidP="005E1D01"/>
        </w:tc>
        <w:tc>
          <w:tcPr>
            <w:tcW w:w="2160" w:type="dxa"/>
          </w:tcPr>
          <w:p w14:paraId="5CF840DD" w14:textId="77777777" w:rsidR="005E1D01" w:rsidRDefault="005E1D01" w:rsidP="005E1D01"/>
        </w:tc>
        <w:tc>
          <w:tcPr>
            <w:tcW w:w="2160" w:type="dxa"/>
          </w:tcPr>
          <w:p w14:paraId="3ADD36ED" w14:textId="77777777" w:rsidR="005E1D01" w:rsidRDefault="005E1D01" w:rsidP="005E1D01"/>
        </w:tc>
      </w:tr>
    </w:tbl>
    <w:p w14:paraId="7B6E9FBF" w14:textId="77777777" w:rsidR="004840D3" w:rsidRDefault="009A6EE3">
      <w:pPr>
        <w:pStyle w:val="Heading1"/>
      </w:pPr>
      <w:r>
        <w:t xml:space="preserve">4. Roles with Other </w:t>
      </w:r>
      <w:proofErr w:type="spellStart"/>
      <w:r>
        <w:t>Organisations</w:t>
      </w:r>
      <w:proofErr w:type="spellEnd"/>
    </w:p>
    <w:tbl>
      <w:tblPr>
        <w:tblW w:w="0" w:type="auto"/>
        <w:tblLook w:val="04A0" w:firstRow="1" w:lastRow="0" w:firstColumn="1" w:lastColumn="0" w:noHBand="0" w:noVBand="1"/>
      </w:tblPr>
      <w:tblGrid>
        <w:gridCol w:w="2160"/>
        <w:gridCol w:w="2160"/>
        <w:gridCol w:w="2160"/>
        <w:gridCol w:w="2160"/>
      </w:tblGrid>
      <w:tr w:rsidR="004840D3" w14:paraId="716CD942" w14:textId="77777777">
        <w:tc>
          <w:tcPr>
            <w:tcW w:w="2160" w:type="dxa"/>
          </w:tcPr>
          <w:p w14:paraId="5DF350FB" w14:textId="77777777" w:rsidR="004840D3" w:rsidRDefault="009A6EE3">
            <w:proofErr w:type="spellStart"/>
            <w:r>
              <w:t>Organisation</w:t>
            </w:r>
            <w:proofErr w:type="spellEnd"/>
          </w:p>
        </w:tc>
        <w:tc>
          <w:tcPr>
            <w:tcW w:w="2160" w:type="dxa"/>
          </w:tcPr>
          <w:p w14:paraId="5A768AEB" w14:textId="77777777" w:rsidR="004840D3" w:rsidRDefault="009A6EE3">
            <w:r>
              <w:t>Role</w:t>
            </w:r>
          </w:p>
        </w:tc>
        <w:tc>
          <w:tcPr>
            <w:tcW w:w="2160" w:type="dxa"/>
          </w:tcPr>
          <w:p w14:paraId="10BC3C21" w14:textId="77777777" w:rsidR="004840D3" w:rsidRDefault="009A6EE3">
            <w:r>
              <w:t>Type</w:t>
            </w:r>
          </w:p>
        </w:tc>
        <w:tc>
          <w:tcPr>
            <w:tcW w:w="2160" w:type="dxa"/>
          </w:tcPr>
          <w:p w14:paraId="205B80E7" w14:textId="77777777" w:rsidR="004840D3" w:rsidRDefault="009A6EE3">
            <w:r>
              <w:t>Relevance</w:t>
            </w:r>
          </w:p>
        </w:tc>
      </w:tr>
      <w:tr w:rsidR="004840D3" w14:paraId="640A26C7" w14:textId="77777777">
        <w:tc>
          <w:tcPr>
            <w:tcW w:w="2160" w:type="dxa"/>
          </w:tcPr>
          <w:p w14:paraId="77D7B3C8" w14:textId="032DDD9E" w:rsidR="004840D3" w:rsidRDefault="00DE6A19">
            <w:r>
              <w:t xml:space="preserve">N/A </w:t>
            </w:r>
          </w:p>
        </w:tc>
        <w:tc>
          <w:tcPr>
            <w:tcW w:w="2160" w:type="dxa"/>
          </w:tcPr>
          <w:p w14:paraId="2918F4C5" w14:textId="77777777" w:rsidR="004840D3" w:rsidRDefault="004840D3"/>
        </w:tc>
        <w:tc>
          <w:tcPr>
            <w:tcW w:w="2160" w:type="dxa"/>
          </w:tcPr>
          <w:p w14:paraId="3D72FFCF" w14:textId="77777777" w:rsidR="004840D3" w:rsidRDefault="004840D3"/>
        </w:tc>
        <w:tc>
          <w:tcPr>
            <w:tcW w:w="2160" w:type="dxa"/>
          </w:tcPr>
          <w:p w14:paraId="7FCC84A8" w14:textId="77777777" w:rsidR="004840D3" w:rsidRDefault="004840D3"/>
        </w:tc>
      </w:tr>
      <w:tr w:rsidR="004840D3" w14:paraId="321CF800" w14:textId="77777777">
        <w:tc>
          <w:tcPr>
            <w:tcW w:w="2160" w:type="dxa"/>
          </w:tcPr>
          <w:p w14:paraId="747E82F8" w14:textId="77777777" w:rsidR="004840D3" w:rsidRDefault="004840D3"/>
        </w:tc>
        <w:tc>
          <w:tcPr>
            <w:tcW w:w="2160" w:type="dxa"/>
          </w:tcPr>
          <w:p w14:paraId="34736CC4" w14:textId="77777777" w:rsidR="004840D3" w:rsidRDefault="004840D3"/>
        </w:tc>
        <w:tc>
          <w:tcPr>
            <w:tcW w:w="2160" w:type="dxa"/>
          </w:tcPr>
          <w:p w14:paraId="4B205AAB" w14:textId="77777777" w:rsidR="004840D3" w:rsidRDefault="004840D3"/>
        </w:tc>
        <w:tc>
          <w:tcPr>
            <w:tcW w:w="2160" w:type="dxa"/>
          </w:tcPr>
          <w:p w14:paraId="33432631" w14:textId="77777777" w:rsidR="004840D3" w:rsidRDefault="004840D3"/>
        </w:tc>
      </w:tr>
      <w:tr w:rsidR="004840D3" w14:paraId="1AAA6761" w14:textId="77777777">
        <w:tc>
          <w:tcPr>
            <w:tcW w:w="2160" w:type="dxa"/>
          </w:tcPr>
          <w:p w14:paraId="1C62D572" w14:textId="77777777" w:rsidR="004840D3" w:rsidRDefault="004840D3"/>
        </w:tc>
        <w:tc>
          <w:tcPr>
            <w:tcW w:w="2160" w:type="dxa"/>
          </w:tcPr>
          <w:p w14:paraId="16A327CB" w14:textId="77777777" w:rsidR="004840D3" w:rsidRDefault="004840D3"/>
        </w:tc>
        <w:tc>
          <w:tcPr>
            <w:tcW w:w="2160" w:type="dxa"/>
          </w:tcPr>
          <w:p w14:paraId="0C3A6520" w14:textId="77777777" w:rsidR="004840D3" w:rsidRDefault="004840D3"/>
        </w:tc>
        <w:tc>
          <w:tcPr>
            <w:tcW w:w="2160" w:type="dxa"/>
          </w:tcPr>
          <w:p w14:paraId="37462FF4" w14:textId="77777777" w:rsidR="004840D3" w:rsidRDefault="004840D3"/>
        </w:tc>
      </w:tr>
    </w:tbl>
    <w:p w14:paraId="164CAF82" w14:textId="40422A15" w:rsidR="004840D3" w:rsidRDefault="009A6EE3">
      <w:pPr>
        <w:pStyle w:val="Heading1"/>
      </w:pPr>
      <w:r>
        <w:t>5. Political Interests</w:t>
      </w:r>
      <w:r w:rsidR="007767E9">
        <w:t xml:space="preserve">, </w:t>
      </w:r>
      <w:proofErr w:type="gramStart"/>
      <w:r w:rsidR="007767E9">
        <w:t xml:space="preserve">Roles </w:t>
      </w:r>
      <w:r>
        <w:t xml:space="preserve"> and</w:t>
      </w:r>
      <w:proofErr w:type="gramEnd"/>
      <w:r>
        <w:t xml:space="preserve"> Allegiances</w:t>
      </w:r>
    </w:p>
    <w:tbl>
      <w:tblPr>
        <w:tblW w:w="0" w:type="auto"/>
        <w:tblLook w:val="04A0" w:firstRow="1" w:lastRow="0" w:firstColumn="1" w:lastColumn="0" w:noHBand="0" w:noVBand="1"/>
      </w:tblPr>
      <w:tblGrid>
        <w:gridCol w:w="2880"/>
        <w:gridCol w:w="2880"/>
        <w:gridCol w:w="2880"/>
      </w:tblGrid>
      <w:tr w:rsidR="004840D3" w14:paraId="581B5A79" w14:textId="77777777">
        <w:tc>
          <w:tcPr>
            <w:tcW w:w="2880" w:type="dxa"/>
          </w:tcPr>
          <w:p w14:paraId="16F5DBB5" w14:textId="77777777" w:rsidR="004840D3" w:rsidRDefault="009A6EE3">
            <w:r>
              <w:t>Party / Movement</w:t>
            </w:r>
          </w:p>
        </w:tc>
        <w:tc>
          <w:tcPr>
            <w:tcW w:w="2880" w:type="dxa"/>
          </w:tcPr>
          <w:p w14:paraId="70FA5B2F" w14:textId="77777777" w:rsidR="004840D3" w:rsidRDefault="009A6EE3">
            <w:r>
              <w:t>Involvement</w:t>
            </w:r>
          </w:p>
        </w:tc>
        <w:tc>
          <w:tcPr>
            <w:tcW w:w="2880" w:type="dxa"/>
          </w:tcPr>
          <w:p w14:paraId="4F890F43" w14:textId="77777777" w:rsidR="004840D3" w:rsidRDefault="009A6EE3">
            <w:r>
              <w:t>Dates</w:t>
            </w:r>
          </w:p>
        </w:tc>
      </w:tr>
      <w:tr w:rsidR="004840D3" w14:paraId="7F1F017C" w14:textId="77777777">
        <w:tc>
          <w:tcPr>
            <w:tcW w:w="2880" w:type="dxa"/>
          </w:tcPr>
          <w:p w14:paraId="2C6ACBB2" w14:textId="25866215" w:rsidR="004840D3" w:rsidRDefault="00DE6A19">
            <w:r>
              <w:lastRenderedPageBreak/>
              <w:t xml:space="preserve">N/A </w:t>
            </w:r>
          </w:p>
        </w:tc>
        <w:tc>
          <w:tcPr>
            <w:tcW w:w="2880" w:type="dxa"/>
          </w:tcPr>
          <w:p w14:paraId="1815292F" w14:textId="77777777" w:rsidR="004840D3" w:rsidRDefault="004840D3"/>
        </w:tc>
        <w:tc>
          <w:tcPr>
            <w:tcW w:w="2880" w:type="dxa"/>
          </w:tcPr>
          <w:p w14:paraId="7ED9A86B" w14:textId="77777777" w:rsidR="004840D3" w:rsidRDefault="004840D3"/>
        </w:tc>
      </w:tr>
    </w:tbl>
    <w:p w14:paraId="3BC6DB16" w14:textId="77777777" w:rsidR="004840D3" w:rsidRDefault="009A6EE3">
      <w:pPr>
        <w:pStyle w:val="Heading1"/>
      </w:pPr>
      <w:r>
        <w:t>6. Political Donations</w:t>
      </w:r>
    </w:p>
    <w:tbl>
      <w:tblPr>
        <w:tblW w:w="0" w:type="auto"/>
        <w:tblLook w:val="04A0" w:firstRow="1" w:lastRow="0" w:firstColumn="1" w:lastColumn="0" w:noHBand="0" w:noVBand="1"/>
      </w:tblPr>
      <w:tblGrid>
        <w:gridCol w:w="2880"/>
        <w:gridCol w:w="2880"/>
        <w:gridCol w:w="2880"/>
      </w:tblGrid>
      <w:tr w:rsidR="004840D3" w14:paraId="5B099442" w14:textId="77777777">
        <w:tc>
          <w:tcPr>
            <w:tcW w:w="2880" w:type="dxa"/>
          </w:tcPr>
          <w:p w14:paraId="56CFB20F" w14:textId="77777777" w:rsidR="004840D3" w:rsidRDefault="009A6EE3">
            <w:r>
              <w:t>Recipient</w:t>
            </w:r>
          </w:p>
        </w:tc>
        <w:tc>
          <w:tcPr>
            <w:tcW w:w="2880" w:type="dxa"/>
          </w:tcPr>
          <w:p w14:paraId="78EEC5D5" w14:textId="77777777" w:rsidR="004840D3" w:rsidRDefault="009A6EE3">
            <w:r>
              <w:t>Amount</w:t>
            </w:r>
          </w:p>
        </w:tc>
        <w:tc>
          <w:tcPr>
            <w:tcW w:w="2880" w:type="dxa"/>
          </w:tcPr>
          <w:p w14:paraId="7B287B27" w14:textId="77777777" w:rsidR="004840D3" w:rsidRDefault="009A6EE3">
            <w:r>
              <w:t>Date</w:t>
            </w:r>
          </w:p>
        </w:tc>
      </w:tr>
      <w:tr w:rsidR="004840D3" w14:paraId="43500FED" w14:textId="77777777">
        <w:tc>
          <w:tcPr>
            <w:tcW w:w="2880" w:type="dxa"/>
          </w:tcPr>
          <w:p w14:paraId="19898304" w14:textId="24100D08" w:rsidR="004840D3" w:rsidRDefault="00DE6A19">
            <w:r>
              <w:t xml:space="preserve">N/A </w:t>
            </w:r>
          </w:p>
        </w:tc>
        <w:tc>
          <w:tcPr>
            <w:tcW w:w="2880" w:type="dxa"/>
          </w:tcPr>
          <w:p w14:paraId="4B73FE87" w14:textId="77777777" w:rsidR="004840D3" w:rsidRDefault="004840D3"/>
        </w:tc>
        <w:tc>
          <w:tcPr>
            <w:tcW w:w="2880" w:type="dxa"/>
          </w:tcPr>
          <w:p w14:paraId="3BF86539" w14:textId="77777777" w:rsidR="004840D3" w:rsidRDefault="004840D3"/>
        </w:tc>
      </w:tr>
    </w:tbl>
    <w:p w14:paraId="5318E2E4" w14:textId="77777777" w:rsidR="004840D3" w:rsidRDefault="009A6EE3">
      <w:pPr>
        <w:pStyle w:val="Heading1"/>
      </w:pPr>
      <w:r>
        <w:t>7. Charitable / Not for Profit Roles</w:t>
      </w:r>
    </w:p>
    <w:tbl>
      <w:tblPr>
        <w:tblW w:w="0" w:type="auto"/>
        <w:tblLook w:val="04A0" w:firstRow="1" w:lastRow="0" w:firstColumn="1" w:lastColumn="0" w:noHBand="0" w:noVBand="1"/>
      </w:tblPr>
      <w:tblGrid>
        <w:gridCol w:w="2160"/>
        <w:gridCol w:w="2160"/>
        <w:gridCol w:w="2160"/>
        <w:gridCol w:w="2160"/>
      </w:tblGrid>
      <w:tr w:rsidR="004840D3" w14:paraId="7FE9F0B4" w14:textId="77777777">
        <w:tc>
          <w:tcPr>
            <w:tcW w:w="2160" w:type="dxa"/>
          </w:tcPr>
          <w:p w14:paraId="7CC52302" w14:textId="77777777" w:rsidR="004840D3" w:rsidRDefault="009A6EE3">
            <w:proofErr w:type="spellStart"/>
            <w:r>
              <w:t>Organisation</w:t>
            </w:r>
            <w:proofErr w:type="spellEnd"/>
          </w:p>
        </w:tc>
        <w:tc>
          <w:tcPr>
            <w:tcW w:w="2160" w:type="dxa"/>
          </w:tcPr>
          <w:p w14:paraId="31DD104B" w14:textId="77777777" w:rsidR="004840D3" w:rsidRDefault="009A6EE3">
            <w:r>
              <w:t>Role</w:t>
            </w:r>
          </w:p>
        </w:tc>
        <w:tc>
          <w:tcPr>
            <w:tcW w:w="2160" w:type="dxa"/>
          </w:tcPr>
          <w:p w14:paraId="08C6DDCC" w14:textId="77777777" w:rsidR="004840D3" w:rsidRDefault="009A6EE3">
            <w:r>
              <w:t>Remunerated</w:t>
            </w:r>
          </w:p>
        </w:tc>
        <w:tc>
          <w:tcPr>
            <w:tcW w:w="2160" w:type="dxa"/>
          </w:tcPr>
          <w:p w14:paraId="503798B3" w14:textId="77777777" w:rsidR="004840D3" w:rsidRDefault="009A6EE3">
            <w:r>
              <w:t>Activity</w:t>
            </w:r>
          </w:p>
        </w:tc>
      </w:tr>
      <w:tr w:rsidR="004840D3" w14:paraId="28F929BF" w14:textId="77777777">
        <w:tc>
          <w:tcPr>
            <w:tcW w:w="2160" w:type="dxa"/>
          </w:tcPr>
          <w:p w14:paraId="4CC415E3" w14:textId="682821CC" w:rsidR="004840D3" w:rsidRDefault="00DE6A19">
            <w:r>
              <w:t xml:space="preserve">N/A </w:t>
            </w:r>
          </w:p>
        </w:tc>
        <w:tc>
          <w:tcPr>
            <w:tcW w:w="2160" w:type="dxa"/>
          </w:tcPr>
          <w:p w14:paraId="19887FE8" w14:textId="77777777" w:rsidR="004840D3" w:rsidRDefault="004840D3"/>
        </w:tc>
        <w:tc>
          <w:tcPr>
            <w:tcW w:w="2160" w:type="dxa"/>
          </w:tcPr>
          <w:p w14:paraId="249FA3FA" w14:textId="77777777" w:rsidR="004840D3" w:rsidRDefault="004840D3"/>
        </w:tc>
        <w:tc>
          <w:tcPr>
            <w:tcW w:w="2160" w:type="dxa"/>
          </w:tcPr>
          <w:p w14:paraId="1B62663E" w14:textId="77777777" w:rsidR="004840D3" w:rsidRDefault="004840D3"/>
        </w:tc>
      </w:tr>
    </w:tbl>
    <w:p w14:paraId="62F1B5E6" w14:textId="77777777" w:rsidR="004840D3" w:rsidRDefault="009A6EE3">
      <w:pPr>
        <w:pStyle w:val="Heading1"/>
      </w:pPr>
      <w:r>
        <w:t>8. Other Relevant Interests</w:t>
      </w:r>
    </w:p>
    <w:p w14:paraId="6DDC342F" w14:textId="21126562" w:rsidR="004840D3" w:rsidRDefault="009A6EE3">
      <w:r>
        <w:t>Details:</w:t>
      </w:r>
      <w:r>
        <w:br/>
      </w:r>
      <w:r w:rsidR="00DE6A19">
        <w:t xml:space="preserve">N/A </w:t>
      </w:r>
      <w:r>
        <w:br/>
      </w:r>
    </w:p>
    <w:p w14:paraId="33CAE40A" w14:textId="77777777" w:rsidR="004840D3" w:rsidRDefault="009A6EE3">
      <w:pPr>
        <w:pStyle w:val="Heading1"/>
      </w:pPr>
      <w:r>
        <w:t>9. Declaration</w:t>
      </w:r>
    </w:p>
    <w:p w14:paraId="099B1BF1" w14:textId="77777777" w:rsidR="004840D3" w:rsidRDefault="009A6EE3">
      <w:r>
        <w:t>I confirm that the information provided is accurate and I will update this declaration as required.</w:t>
      </w:r>
      <w:r>
        <w:br/>
      </w:r>
    </w:p>
    <w:p w14:paraId="1E8BAAE5" w14:textId="7B8FF99C" w:rsidR="004840D3" w:rsidRDefault="009A6EE3">
      <w:r>
        <w:t xml:space="preserve">Signature: </w:t>
      </w:r>
      <w:r w:rsidR="00DE6A19">
        <w:t xml:space="preserve">   </w:t>
      </w:r>
      <w:r w:rsidR="00DE6A19">
        <w:rPr>
          <w:noProof/>
        </w:rPr>
        <w:drawing>
          <wp:inline distT="0" distB="0" distL="0" distR="0" wp14:anchorId="6F7B3D67" wp14:editId="65EF85D0">
            <wp:extent cx="837565" cy="283845"/>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7565" cy="283845"/>
                    </a:xfrm>
                    <a:prstGeom prst="rect">
                      <a:avLst/>
                    </a:prstGeom>
                    <a:noFill/>
                    <a:ln>
                      <a:noFill/>
                    </a:ln>
                  </pic:spPr>
                </pic:pic>
              </a:graphicData>
            </a:graphic>
          </wp:inline>
        </w:drawing>
      </w:r>
      <w:r>
        <w:br/>
      </w:r>
    </w:p>
    <w:p w14:paraId="16A9F712" w14:textId="63F1DBE8" w:rsidR="00C2365A" w:rsidRPr="00C2365A" w:rsidRDefault="009A6EE3" w:rsidP="00C2365A">
      <w:pPr>
        <w:rPr>
          <w:sz w:val="16"/>
          <w:szCs w:val="16"/>
        </w:rPr>
      </w:pPr>
      <w:r>
        <w:t xml:space="preserve">Date: </w:t>
      </w:r>
      <w:r w:rsidR="00DE6A19">
        <w:t xml:space="preserve">           03/ 08/ 2026</w:t>
      </w:r>
      <w:r>
        <w:br/>
      </w:r>
      <w:r w:rsidR="00C2365A" w:rsidRPr="00C2365A">
        <w:rPr>
          <w:sz w:val="16"/>
          <w:szCs w:val="16"/>
        </w:rPr>
        <w:t>Data Protection and Publication Notice</w:t>
      </w:r>
    </w:p>
    <w:p w14:paraId="4CFE356E" w14:textId="77777777" w:rsidR="00C2365A" w:rsidRPr="00C2365A" w:rsidRDefault="00C2365A" w:rsidP="00C2365A">
      <w:pPr>
        <w:rPr>
          <w:sz w:val="16"/>
          <w:szCs w:val="16"/>
        </w:rPr>
      </w:pPr>
      <w:r w:rsidRPr="00C2365A">
        <w:rPr>
          <w:sz w:val="16"/>
          <w:szCs w:val="16"/>
        </w:rPr>
        <w:t>The information provided in this Register of Interests will be held and processed by the Jersey Chamber of Commerce and published on the Chamber website in accordance with its Conflict of Interests Policy and commitment to transparency, as approved by the Executive Council on 14 May 2026.</w:t>
      </w:r>
    </w:p>
    <w:p w14:paraId="7A77D029" w14:textId="77777777" w:rsidR="00C2365A" w:rsidRPr="00C2365A" w:rsidRDefault="00C2365A" w:rsidP="00C2365A">
      <w:pPr>
        <w:rPr>
          <w:sz w:val="16"/>
          <w:szCs w:val="16"/>
        </w:rPr>
      </w:pPr>
      <w:r w:rsidRPr="00C2365A">
        <w:rPr>
          <w:sz w:val="16"/>
          <w:szCs w:val="16"/>
        </w:rPr>
        <w:t>The Register applies to all serving Committee Chairs, members of the Executive Council and members of the Executive Office. The information will be processed for the legitimate interests of the Chamber in maintaining openness, accountability and confidence in its governance.</w:t>
      </w:r>
    </w:p>
    <w:p w14:paraId="131FE91C" w14:textId="77777777" w:rsidR="00C2365A" w:rsidRPr="00C2365A" w:rsidRDefault="00C2365A" w:rsidP="00C2365A">
      <w:pPr>
        <w:rPr>
          <w:sz w:val="16"/>
          <w:szCs w:val="16"/>
        </w:rPr>
      </w:pPr>
      <w:r w:rsidRPr="00C2365A">
        <w:rPr>
          <w:sz w:val="16"/>
          <w:szCs w:val="16"/>
        </w:rPr>
        <w:t>Personal information will be collected, retained and published only where relevant and necessary for these purposes, and will be handled in accordance with the Data Protection (Jersey) Law 2018. Entries will be reviewed regularly and removed or archived when they are no longer required, subject to the Chamber’s legal, regulatory and governance obligations.</w:t>
      </w:r>
    </w:p>
    <w:p w14:paraId="4BB6F8A4" w14:textId="5F42527B" w:rsidR="00C2365A" w:rsidRPr="00C2365A" w:rsidRDefault="00C2365A" w:rsidP="00C2365A">
      <w:pPr>
        <w:rPr>
          <w:sz w:val="16"/>
          <w:szCs w:val="16"/>
        </w:rPr>
      </w:pPr>
      <w:r w:rsidRPr="00C2365A">
        <w:rPr>
          <w:sz w:val="16"/>
          <w:szCs w:val="16"/>
        </w:rPr>
        <w:t>Individuals may request access to, or correction of, their personal information by contacting the Chamber at [insert email address]. Further information is available in the Chamber’s Privacy Notice.</w:t>
      </w:r>
    </w:p>
    <w:sectPr w:rsidR="00C2365A" w:rsidRPr="00C2365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B843E59"/>
    <w:multiLevelType w:val="hybridMultilevel"/>
    <w:tmpl w:val="57FAA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943981">
    <w:abstractNumId w:val="8"/>
  </w:num>
  <w:num w:numId="2" w16cid:durableId="541747069">
    <w:abstractNumId w:val="6"/>
  </w:num>
  <w:num w:numId="3" w16cid:durableId="2087611543">
    <w:abstractNumId w:val="5"/>
  </w:num>
  <w:num w:numId="4" w16cid:durableId="1363360018">
    <w:abstractNumId w:val="4"/>
  </w:num>
  <w:num w:numId="5" w16cid:durableId="2034837100">
    <w:abstractNumId w:val="7"/>
  </w:num>
  <w:num w:numId="6" w16cid:durableId="1266306588">
    <w:abstractNumId w:val="3"/>
  </w:num>
  <w:num w:numId="7" w16cid:durableId="566846562">
    <w:abstractNumId w:val="2"/>
  </w:num>
  <w:num w:numId="8" w16cid:durableId="1875464083">
    <w:abstractNumId w:val="1"/>
  </w:num>
  <w:num w:numId="9" w16cid:durableId="1810054093">
    <w:abstractNumId w:val="0"/>
  </w:num>
  <w:num w:numId="10" w16cid:durableId="4837400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840D3"/>
    <w:rsid w:val="004D4DB4"/>
    <w:rsid w:val="005E1D01"/>
    <w:rsid w:val="007767E9"/>
    <w:rsid w:val="008A00FE"/>
    <w:rsid w:val="00AA1D8D"/>
    <w:rsid w:val="00B129D7"/>
    <w:rsid w:val="00B47730"/>
    <w:rsid w:val="00C2365A"/>
    <w:rsid w:val="00CA3BF7"/>
    <w:rsid w:val="00CB0664"/>
    <w:rsid w:val="00DE6A19"/>
    <w:rsid w:val="00E77911"/>
    <w:rsid w:val="00EE6D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EF8B4"/>
  <w14:defaultImageDpi w14:val="300"/>
  <w15:docId w15:val="{35F6AAF9-7A63-485E-B0F4-F64FCB9C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c7d8b01-2806-4189-8417-ae660d5464b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1AC55FF69BC5F468EDAE3F852F783BF" ma:contentTypeVersion="18" ma:contentTypeDescription="Create a new document." ma:contentTypeScope="" ma:versionID="cf50dc26ac4ab88060c23f6bb5912329">
  <xsd:schema xmlns:xsd="http://www.w3.org/2001/XMLSchema" xmlns:xs="http://www.w3.org/2001/XMLSchema" xmlns:p="http://schemas.microsoft.com/office/2006/metadata/properties" xmlns:ns3="cc7d8b01-2806-4189-8417-ae660d5464bf" xmlns:ns4="9db8283b-af07-4a96-b771-613c7081ecaa" targetNamespace="http://schemas.microsoft.com/office/2006/metadata/properties" ma:root="true" ma:fieldsID="479b4e89747ca03a101c2a190640993f" ns3:_="" ns4:_="">
    <xsd:import namespace="cc7d8b01-2806-4189-8417-ae660d5464bf"/>
    <xsd:import namespace="9db8283b-af07-4a96-b771-613c7081ec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d8b01-2806-4189-8417-ae660d546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8283b-af07-4a96-b771-613c7081eca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FD3C3-8839-45C9-A90A-58D83C4B11C7}">
  <ds:schemaRefs>
    <ds:schemaRef ds:uri="http://schemas.microsoft.com/sharepoint/v3/contenttype/forms"/>
  </ds:schemaRefs>
</ds:datastoreItem>
</file>

<file path=customXml/itemProps2.xml><?xml version="1.0" encoding="utf-8"?>
<ds:datastoreItem xmlns:ds="http://schemas.openxmlformats.org/officeDocument/2006/customXml" ds:itemID="{85FDD798-70FB-4A70-9735-4DF0F82E191A}">
  <ds:schemaRefs>
    <ds:schemaRef ds:uri="http://schemas.microsoft.com/office/2006/metadata/properties"/>
    <ds:schemaRef ds:uri="http://schemas.microsoft.com/office/infopath/2007/PartnerControls"/>
    <ds:schemaRef ds:uri="cc7d8b01-2806-4189-8417-ae660d5464bf"/>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DDFCEC03-C398-4D35-9205-CB98F7AA0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d8b01-2806-4189-8417-ae660d5464bf"/>
    <ds:schemaRef ds:uri="9db8283b-af07-4a96-b771-613c7081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404</Words>
  <Characters>2413</Characters>
  <Application>Microsoft Office Word</Application>
  <DocSecurity>4</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Crowley</cp:lastModifiedBy>
  <cp:revision>2</cp:revision>
  <dcterms:created xsi:type="dcterms:W3CDTF">2026-08-03T17:41:00Z</dcterms:created>
  <dcterms:modified xsi:type="dcterms:W3CDTF">2026-08-03T17:41:00Z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0x010100F1AC55FF69BC5F468EDAE3F852F783BF</vt:lpwstr>
  </property>
</Properties>
</file>